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BB7" w:rsidRDefault="00711087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4480560" cy="616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cab57b59564369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BB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11087"/>
    <w:rsid w:val="00834BB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23EBB2AE-5776-43E1-AE8A-EA7F1E5D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EFCA9D-6B8A-4F91-A5BC-79F3EE79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Smith</cp:lastModifiedBy>
  <cp:revision>2</cp:revision>
  <dcterms:created xsi:type="dcterms:W3CDTF">2021-06-15T13:17:00Z</dcterms:created>
  <dcterms:modified xsi:type="dcterms:W3CDTF">2021-06-15T13:17:00Z</dcterms:modified>
  <cp:category/>
</cp:coreProperties>
</file>