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C68" w:rsidRDefault="00A21C49"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>
            <wp:extent cx="4480560" cy="61607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60acdd167944e9b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616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7C68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21C49"/>
    <w:rsid w:val="00AA1D8D"/>
    <w:rsid w:val="00B47730"/>
    <w:rsid w:val="00CB0664"/>
    <w:rsid w:val="00E27C68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AB57EB97-AD0A-491C-9CE2-BB1891940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6D75989-0300-4B23-A015-5536015DF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Smith</cp:lastModifiedBy>
  <cp:revision>2</cp:revision>
  <dcterms:created xsi:type="dcterms:W3CDTF">2021-06-15T13:15:00Z</dcterms:created>
  <dcterms:modified xsi:type="dcterms:W3CDTF">2021-06-15T13:15:00Z</dcterms:modified>
  <cp:category/>
</cp:coreProperties>
</file>